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2A0E" w14:textId="711244E9" w:rsidR="000F08B1" w:rsidRPr="005405C9" w:rsidRDefault="00000000">
      <w:pPr>
        <w:pStyle w:val="Rubrik1"/>
        <w:rPr>
          <w:lang w:val="sv-SE"/>
        </w:rPr>
      </w:pPr>
      <w:r w:rsidRPr="005405C9">
        <w:rPr>
          <w:lang w:val="sv-SE"/>
        </w:rPr>
        <w:t xml:space="preserve">Rutin för hantering av misstanke om brist i </w:t>
      </w:r>
      <w:r w:rsidR="005405C9">
        <w:rPr>
          <w:lang w:val="sv-SE"/>
        </w:rPr>
        <w:t>KFUM Örebro Baskets</w:t>
      </w:r>
      <w:r w:rsidRPr="005405C9">
        <w:rPr>
          <w:lang w:val="sv-SE"/>
        </w:rPr>
        <w:t xml:space="preserve"> demokratiska uppbyggnad</w:t>
      </w:r>
    </w:p>
    <w:p w14:paraId="0979D013" w14:textId="77777777" w:rsidR="000F08B1" w:rsidRPr="005405C9" w:rsidRDefault="00000000">
      <w:pPr>
        <w:pStyle w:val="Rubrik3"/>
        <w:rPr>
          <w:lang w:val="sv-SE"/>
        </w:rPr>
      </w:pPr>
      <w:r w:rsidRPr="005405C9">
        <w:rPr>
          <w:lang w:val="sv-SE"/>
        </w:rPr>
        <w:t>1. Syfte</w:t>
      </w:r>
    </w:p>
    <w:p w14:paraId="213019D5" w14:textId="77777777" w:rsidR="000F08B1" w:rsidRPr="005405C9" w:rsidRDefault="00000000">
      <w:pPr>
        <w:rPr>
          <w:lang w:val="sv-SE"/>
        </w:rPr>
      </w:pPr>
      <w:r w:rsidRPr="005405C9">
        <w:rPr>
          <w:lang w:val="sv-SE"/>
        </w:rPr>
        <w:t>Denna rutin syftar till att säkerställa att KFUM Örebro Basket bedriver sin verksamhet i enlighet med föreningens stadgar, Riksidrottsförbundets stadgar samt principerna om demokrati, öppenhet och medlemsinflytande.</w:t>
      </w:r>
    </w:p>
    <w:p w14:paraId="4D5BCB4F" w14:textId="77777777" w:rsidR="000F08B1" w:rsidRPr="005405C9" w:rsidRDefault="00000000">
      <w:pPr>
        <w:rPr>
          <w:lang w:val="sv-SE"/>
        </w:rPr>
      </w:pPr>
      <w:r w:rsidRPr="005405C9">
        <w:rPr>
          <w:lang w:val="sv-SE"/>
        </w:rPr>
        <w:t>Föreningens högsta beslutande organ är årsmötet enligt föreningens stadgar. Mellan årsmöten ansvarar styrelsen för föreningens angelägenheter och ska säkerställa att verksamheten bedrivs i enlighet med stadgar och beslut fattade av föreningens beslutande organ.</w:t>
      </w:r>
    </w:p>
    <w:p w14:paraId="559361C0" w14:textId="77777777" w:rsidR="000F08B1" w:rsidRPr="005405C9" w:rsidRDefault="00000000">
      <w:pPr>
        <w:pStyle w:val="Rubrik3"/>
        <w:rPr>
          <w:lang w:val="sv-SE"/>
        </w:rPr>
      </w:pPr>
      <w:r w:rsidRPr="005405C9">
        <w:rPr>
          <w:lang w:val="sv-SE"/>
        </w:rPr>
        <w:t>2. Definition av brist</w:t>
      </w:r>
    </w:p>
    <w:p w14:paraId="1219EA9B" w14:textId="77777777" w:rsidR="000F08B1" w:rsidRPr="005405C9" w:rsidRDefault="00000000">
      <w:pPr>
        <w:rPr>
          <w:lang w:val="sv-SE"/>
        </w:rPr>
      </w:pPr>
      <w:r w:rsidRPr="005405C9">
        <w:rPr>
          <w:lang w:val="sv-SE"/>
        </w:rPr>
        <w:t>Med brist i föreningens demokratiska uppbyggnad avses exempelvis:</w:t>
      </w:r>
    </w:p>
    <w:p w14:paraId="0749E659" w14:textId="77777777" w:rsidR="000F08B1" w:rsidRPr="005405C9" w:rsidRDefault="00000000">
      <w:pPr>
        <w:pStyle w:val="Punktlista"/>
        <w:rPr>
          <w:lang w:val="sv-SE"/>
        </w:rPr>
      </w:pPr>
      <w:r w:rsidRPr="005405C9">
        <w:rPr>
          <w:lang w:val="sv-SE"/>
        </w:rPr>
        <w:t>att beslut fattas i strid med stadgarna</w:t>
      </w:r>
    </w:p>
    <w:p w14:paraId="391693FD" w14:textId="77777777" w:rsidR="000F08B1" w:rsidRPr="005405C9" w:rsidRDefault="00000000">
      <w:pPr>
        <w:pStyle w:val="Punktlista"/>
        <w:rPr>
          <w:lang w:val="sv-SE"/>
        </w:rPr>
      </w:pPr>
      <w:r w:rsidRPr="005405C9">
        <w:rPr>
          <w:lang w:val="sv-SE"/>
        </w:rPr>
        <w:t>att årsmöte eller extra årsmöte inte genomförs enligt stadgarna</w:t>
      </w:r>
    </w:p>
    <w:p w14:paraId="32381878" w14:textId="77777777" w:rsidR="000F08B1" w:rsidRPr="005405C9" w:rsidRDefault="00000000">
      <w:pPr>
        <w:pStyle w:val="Punktlista"/>
        <w:rPr>
          <w:lang w:val="sv-SE"/>
        </w:rPr>
      </w:pPr>
      <w:r w:rsidRPr="005405C9">
        <w:rPr>
          <w:lang w:val="sv-SE"/>
        </w:rPr>
        <w:t>att medlemmar nekas rösträtt eller deltagande utan stöd i stadgar</w:t>
      </w:r>
    </w:p>
    <w:p w14:paraId="2D0F78FB" w14:textId="77777777" w:rsidR="000F08B1" w:rsidRPr="005405C9" w:rsidRDefault="00000000">
      <w:pPr>
        <w:pStyle w:val="Punktlista"/>
        <w:rPr>
          <w:lang w:val="sv-SE"/>
        </w:rPr>
      </w:pPr>
      <w:r w:rsidRPr="005405C9">
        <w:rPr>
          <w:lang w:val="sv-SE"/>
        </w:rPr>
        <w:t>att medlemskap beviljas eller avslås i strid med stadgar</w:t>
      </w:r>
    </w:p>
    <w:p w14:paraId="45A0F04D" w14:textId="77777777" w:rsidR="000F08B1" w:rsidRPr="005405C9" w:rsidRDefault="00000000">
      <w:pPr>
        <w:pStyle w:val="Punktlista"/>
        <w:rPr>
          <w:lang w:val="sv-SE"/>
        </w:rPr>
      </w:pPr>
      <w:r w:rsidRPr="005405C9">
        <w:rPr>
          <w:lang w:val="sv-SE"/>
        </w:rPr>
        <w:t>att kallelse till årsmöte inte sker i föreskriven tid</w:t>
      </w:r>
    </w:p>
    <w:p w14:paraId="4A2F9FE0" w14:textId="77777777" w:rsidR="000F08B1" w:rsidRDefault="00000000">
      <w:pPr>
        <w:pStyle w:val="Punktlista"/>
      </w:pPr>
      <w:proofErr w:type="spellStart"/>
      <w:r>
        <w:t>att</w:t>
      </w:r>
      <w:proofErr w:type="spellEnd"/>
      <w:r>
        <w:t xml:space="preserve"> </w:t>
      </w:r>
      <w:proofErr w:type="spellStart"/>
      <w:r>
        <w:t>styrelsen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verkställer</w:t>
      </w:r>
      <w:proofErr w:type="spellEnd"/>
      <w:r>
        <w:t xml:space="preserve"> årsmötesbeslut</w:t>
      </w:r>
    </w:p>
    <w:p w14:paraId="20152F6A" w14:textId="77777777" w:rsidR="000F08B1" w:rsidRPr="005405C9" w:rsidRDefault="00000000">
      <w:pPr>
        <w:pStyle w:val="Punktlista"/>
        <w:rPr>
          <w:lang w:val="sv-SE"/>
        </w:rPr>
      </w:pPr>
      <w:r w:rsidRPr="005405C9">
        <w:rPr>
          <w:lang w:val="sv-SE"/>
        </w:rPr>
        <w:t>bristande insyn i ekonomi eller beslutsfattande</w:t>
      </w:r>
    </w:p>
    <w:p w14:paraId="67C8C395" w14:textId="77777777" w:rsidR="000F08B1" w:rsidRPr="005405C9" w:rsidRDefault="00000000">
      <w:pPr>
        <w:pStyle w:val="Punktlista"/>
        <w:rPr>
          <w:lang w:val="sv-SE"/>
        </w:rPr>
      </w:pPr>
      <w:r w:rsidRPr="005405C9">
        <w:rPr>
          <w:lang w:val="sv-SE"/>
        </w:rPr>
        <w:t>att valberedning eller revisorer inte ges möjlighet att fullgöra sina uppdrag</w:t>
      </w:r>
    </w:p>
    <w:p w14:paraId="1C040F50" w14:textId="77777777" w:rsidR="000F08B1" w:rsidRPr="005405C9" w:rsidRDefault="00000000">
      <w:pPr>
        <w:pStyle w:val="Rubrik3"/>
        <w:rPr>
          <w:lang w:val="sv-SE"/>
        </w:rPr>
      </w:pPr>
      <w:r w:rsidRPr="005405C9">
        <w:rPr>
          <w:lang w:val="sv-SE"/>
        </w:rPr>
        <w:t>3. Rapportering</w:t>
      </w:r>
    </w:p>
    <w:p w14:paraId="62CC1DEB" w14:textId="77777777" w:rsidR="000F08B1" w:rsidRPr="005405C9" w:rsidRDefault="00000000">
      <w:pPr>
        <w:rPr>
          <w:lang w:val="sv-SE"/>
        </w:rPr>
      </w:pPr>
      <w:r w:rsidRPr="005405C9">
        <w:rPr>
          <w:lang w:val="sv-SE"/>
        </w:rPr>
        <w:t>Misstanke om brist kan rapporteras av:</w:t>
      </w:r>
    </w:p>
    <w:p w14:paraId="4BA4A081" w14:textId="77777777" w:rsidR="000F08B1" w:rsidRDefault="00000000">
      <w:pPr>
        <w:pStyle w:val="Punktlista"/>
      </w:pPr>
      <w:proofErr w:type="spellStart"/>
      <w:r>
        <w:t>medlem</w:t>
      </w:r>
      <w:proofErr w:type="spellEnd"/>
    </w:p>
    <w:p w14:paraId="05AE506E" w14:textId="77777777" w:rsidR="000F08B1" w:rsidRDefault="00000000">
      <w:pPr>
        <w:pStyle w:val="Punktlista"/>
      </w:pPr>
      <w:r>
        <w:t>ledare</w:t>
      </w:r>
    </w:p>
    <w:p w14:paraId="0B503E17" w14:textId="77777777" w:rsidR="000F08B1" w:rsidRDefault="00000000">
      <w:pPr>
        <w:pStyle w:val="Punktlista"/>
      </w:pPr>
      <w:r>
        <w:t>funktionär</w:t>
      </w:r>
    </w:p>
    <w:p w14:paraId="206ABFB1" w14:textId="77777777" w:rsidR="000F08B1" w:rsidRDefault="00000000">
      <w:pPr>
        <w:pStyle w:val="Punktlista"/>
      </w:pPr>
      <w:r>
        <w:t>revisor</w:t>
      </w:r>
    </w:p>
    <w:p w14:paraId="3A4899C8" w14:textId="77777777" w:rsidR="000F08B1" w:rsidRDefault="00000000">
      <w:pPr>
        <w:pStyle w:val="Punktlista"/>
      </w:pPr>
      <w:r>
        <w:t>valberedning</w:t>
      </w:r>
    </w:p>
    <w:p w14:paraId="0E405524" w14:textId="77777777" w:rsidR="000F08B1" w:rsidRPr="005405C9" w:rsidRDefault="00000000">
      <w:pPr>
        <w:rPr>
          <w:lang w:val="sv-SE"/>
        </w:rPr>
      </w:pPr>
      <w:r w:rsidRPr="005405C9">
        <w:rPr>
          <w:lang w:val="sv-SE"/>
        </w:rPr>
        <w:t>Rapportering ska ske skriftligen till styrelsen.</w:t>
      </w:r>
    </w:p>
    <w:p w14:paraId="550F047E" w14:textId="77777777" w:rsidR="000F08B1" w:rsidRPr="005405C9" w:rsidRDefault="00000000">
      <w:pPr>
        <w:rPr>
          <w:lang w:val="sv-SE"/>
        </w:rPr>
      </w:pPr>
      <w:r w:rsidRPr="005405C9">
        <w:rPr>
          <w:lang w:val="sv-SE"/>
        </w:rPr>
        <w:t>Om misstanken rör styrelsen ska rapportering ske till föreningens revisorer.</w:t>
      </w:r>
    </w:p>
    <w:p w14:paraId="3C2C3B60" w14:textId="77777777" w:rsidR="000F08B1" w:rsidRPr="005405C9" w:rsidRDefault="00000000">
      <w:pPr>
        <w:rPr>
          <w:lang w:val="sv-SE"/>
        </w:rPr>
      </w:pPr>
      <w:r w:rsidRPr="005405C9">
        <w:rPr>
          <w:lang w:val="sv-SE"/>
        </w:rPr>
        <w:t>Om medlem, ledare eller funktionär inte upplever att rapportering kan ske internt inom föreningen finns möjlighet att använda Riksidrottsförbundets visselblåsarfunktion.</w:t>
      </w:r>
    </w:p>
    <w:p w14:paraId="07EEB768" w14:textId="77777777" w:rsidR="000F08B1" w:rsidRPr="005405C9" w:rsidRDefault="00000000">
      <w:pPr>
        <w:rPr>
          <w:lang w:val="sv-SE"/>
        </w:rPr>
      </w:pPr>
      <w:r w:rsidRPr="005405C9">
        <w:rPr>
          <w:lang w:val="sv-SE"/>
        </w:rPr>
        <w:t>Information om visselblåsartjänsten finns via Svenska Basketbollförbundet och Riksidrottsförbundet.</w:t>
      </w:r>
    </w:p>
    <w:p w14:paraId="6BFEC8FA" w14:textId="77777777" w:rsidR="000F08B1" w:rsidRPr="005405C9" w:rsidRDefault="00000000">
      <w:pPr>
        <w:pStyle w:val="Rubrik3"/>
        <w:rPr>
          <w:lang w:val="sv-SE"/>
        </w:rPr>
      </w:pPr>
      <w:r w:rsidRPr="005405C9">
        <w:rPr>
          <w:lang w:val="sv-SE"/>
        </w:rPr>
        <w:lastRenderedPageBreak/>
        <w:t>4. Utredning</w:t>
      </w:r>
    </w:p>
    <w:p w14:paraId="28710181" w14:textId="77777777" w:rsidR="000F08B1" w:rsidRPr="005405C9" w:rsidRDefault="00000000">
      <w:pPr>
        <w:rPr>
          <w:lang w:val="sv-SE"/>
        </w:rPr>
      </w:pPr>
      <w:r w:rsidRPr="005405C9">
        <w:rPr>
          <w:lang w:val="sv-SE"/>
        </w:rPr>
        <w:t>Vid rapport om misstänkt brist ska styrelsen:</w:t>
      </w:r>
    </w:p>
    <w:p w14:paraId="12536DE2" w14:textId="77777777" w:rsidR="000F08B1" w:rsidRDefault="00000000">
      <w:pPr>
        <w:pStyle w:val="Numreradlista"/>
      </w:pPr>
      <w:proofErr w:type="spellStart"/>
      <w:r>
        <w:t>Dokumentera</w:t>
      </w:r>
      <w:proofErr w:type="spellEnd"/>
      <w:r>
        <w:t xml:space="preserve"> </w:t>
      </w:r>
      <w:proofErr w:type="spellStart"/>
      <w:r>
        <w:t>ärendet</w:t>
      </w:r>
      <w:proofErr w:type="spellEnd"/>
    </w:p>
    <w:p w14:paraId="25AB3D89" w14:textId="77777777" w:rsidR="000F08B1" w:rsidRPr="005405C9" w:rsidRDefault="00000000">
      <w:pPr>
        <w:pStyle w:val="Numreradlista"/>
        <w:rPr>
          <w:lang w:val="sv-SE"/>
        </w:rPr>
      </w:pPr>
      <w:r w:rsidRPr="005405C9">
        <w:rPr>
          <w:lang w:val="sv-SE"/>
        </w:rPr>
        <w:t>Säkerställa att en opartisk bedömning genomförs</w:t>
      </w:r>
    </w:p>
    <w:p w14:paraId="356480B8" w14:textId="77777777" w:rsidR="000F08B1" w:rsidRDefault="00000000">
      <w:proofErr w:type="spellStart"/>
      <w:r>
        <w:t>Utredning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genomföras</w:t>
      </w:r>
      <w:proofErr w:type="spellEnd"/>
      <w:r>
        <w:t xml:space="preserve"> av:</w:t>
      </w:r>
    </w:p>
    <w:p w14:paraId="6BAAE56A" w14:textId="77777777" w:rsidR="000F08B1" w:rsidRDefault="00000000">
      <w:pPr>
        <w:pStyle w:val="Punktlista"/>
      </w:pPr>
      <w:r>
        <w:t>föreningens revisorer</w:t>
      </w:r>
    </w:p>
    <w:p w14:paraId="162FF3CB" w14:textId="77777777" w:rsidR="000F08B1" w:rsidRDefault="00000000">
      <w:pPr>
        <w:pStyle w:val="Punktlista"/>
      </w:pPr>
      <w:r>
        <w:t>en särskilt utsedd arbetsgrupp</w:t>
      </w:r>
    </w:p>
    <w:p w14:paraId="48A875F5" w14:textId="77777777" w:rsidR="000F08B1" w:rsidRPr="005405C9" w:rsidRDefault="00000000">
      <w:pPr>
        <w:rPr>
          <w:lang w:val="sv-SE"/>
        </w:rPr>
      </w:pPr>
      <w:r w:rsidRPr="005405C9">
        <w:rPr>
          <w:lang w:val="sv-SE"/>
        </w:rPr>
        <w:t>Vid behov kan stöd i utredningen inhämtas från Mellansvenska Basketbollförbundet, Svenska Basketbollförbundet eller RF-SISU Örebro län.</w:t>
      </w:r>
    </w:p>
    <w:p w14:paraId="01C20F39" w14:textId="77777777" w:rsidR="000F08B1" w:rsidRPr="005405C9" w:rsidRDefault="00000000">
      <w:pPr>
        <w:pStyle w:val="Rubrik3"/>
        <w:rPr>
          <w:lang w:val="sv-SE"/>
        </w:rPr>
      </w:pPr>
      <w:r w:rsidRPr="005405C9">
        <w:rPr>
          <w:lang w:val="sv-SE"/>
        </w:rPr>
        <w:t>5. Åtgärder</w:t>
      </w:r>
    </w:p>
    <w:p w14:paraId="0CCEC1AC" w14:textId="77777777" w:rsidR="000F08B1" w:rsidRPr="005405C9" w:rsidRDefault="00000000">
      <w:pPr>
        <w:rPr>
          <w:lang w:val="sv-SE"/>
        </w:rPr>
      </w:pPr>
      <w:r w:rsidRPr="005405C9">
        <w:rPr>
          <w:lang w:val="sv-SE"/>
        </w:rPr>
        <w:t>Om brist konstateras ska följande åtgärder övervägas:</w:t>
      </w:r>
    </w:p>
    <w:p w14:paraId="72E88D4B" w14:textId="77777777" w:rsidR="000F08B1" w:rsidRDefault="00000000">
      <w:pPr>
        <w:pStyle w:val="Punktlista"/>
      </w:pPr>
      <w:proofErr w:type="spellStart"/>
      <w:r>
        <w:t>rättelse</w:t>
      </w:r>
      <w:proofErr w:type="spellEnd"/>
      <w:r>
        <w:t xml:space="preserve"> av </w:t>
      </w:r>
      <w:proofErr w:type="spellStart"/>
      <w:r>
        <w:t>felaktigt</w:t>
      </w:r>
      <w:proofErr w:type="spellEnd"/>
      <w:r>
        <w:t xml:space="preserve"> </w:t>
      </w:r>
      <w:proofErr w:type="spellStart"/>
      <w:r>
        <w:t>fattat</w:t>
      </w:r>
      <w:proofErr w:type="spellEnd"/>
      <w:r>
        <w:t xml:space="preserve"> beslut</w:t>
      </w:r>
    </w:p>
    <w:p w14:paraId="5E8174B7" w14:textId="77777777" w:rsidR="000F08B1" w:rsidRDefault="00000000">
      <w:pPr>
        <w:pStyle w:val="Punktlista"/>
      </w:pPr>
      <w:r>
        <w:t>ny behandling av ärende</w:t>
      </w:r>
    </w:p>
    <w:p w14:paraId="27677290" w14:textId="77777777" w:rsidR="000F08B1" w:rsidRDefault="00000000">
      <w:pPr>
        <w:pStyle w:val="Punktlista"/>
      </w:pPr>
      <w:r>
        <w:t>utbildningsinsats i föreningsdemokrati</w:t>
      </w:r>
    </w:p>
    <w:p w14:paraId="46A2CF3C" w14:textId="77777777" w:rsidR="000F08B1" w:rsidRDefault="00000000">
      <w:pPr>
        <w:pStyle w:val="Punktlista"/>
      </w:pPr>
      <w:r>
        <w:t>förslag till stadgeändring</w:t>
      </w:r>
    </w:p>
    <w:p w14:paraId="6EF5113A" w14:textId="77777777" w:rsidR="000F08B1" w:rsidRDefault="00000000">
      <w:pPr>
        <w:pStyle w:val="Punktlista"/>
      </w:pPr>
      <w:r>
        <w:t>sammankallande av extra årsmöte</w:t>
      </w:r>
    </w:p>
    <w:p w14:paraId="4AA2D581" w14:textId="77777777" w:rsidR="000F08B1" w:rsidRPr="005405C9" w:rsidRDefault="00000000">
      <w:pPr>
        <w:rPr>
          <w:lang w:val="sv-SE"/>
        </w:rPr>
      </w:pPr>
      <w:r w:rsidRPr="005405C9">
        <w:rPr>
          <w:lang w:val="sv-SE"/>
        </w:rPr>
        <w:t>Vid allvarliga eller systematiska brister kan extra årsmöte sammankallas i enlighet med föreningens stadgar för att ompröva styrelsens sammansättning eller fatta andra nödvändiga beslut.</w:t>
      </w:r>
    </w:p>
    <w:p w14:paraId="63E5A461" w14:textId="77777777" w:rsidR="000F08B1" w:rsidRPr="005405C9" w:rsidRDefault="00000000">
      <w:pPr>
        <w:pStyle w:val="Rubrik3"/>
        <w:rPr>
          <w:lang w:val="sv-SE"/>
        </w:rPr>
      </w:pPr>
      <w:r w:rsidRPr="005405C9">
        <w:rPr>
          <w:lang w:val="sv-SE"/>
        </w:rPr>
        <w:t>6. Uppföljning</w:t>
      </w:r>
    </w:p>
    <w:p w14:paraId="7BE01A5D" w14:textId="77777777" w:rsidR="000F08B1" w:rsidRPr="005405C9" w:rsidRDefault="00000000">
      <w:pPr>
        <w:rPr>
          <w:lang w:val="sv-SE"/>
        </w:rPr>
      </w:pPr>
      <w:r w:rsidRPr="005405C9">
        <w:rPr>
          <w:lang w:val="sv-SE"/>
        </w:rPr>
        <w:t>Beslutade åtgärder ska dokumenteras.</w:t>
      </w:r>
    </w:p>
    <w:p w14:paraId="5F606F06" w14:textId="77777777" w:rsidR="000F08B1" w:rsidRPr="005405C9" w:rsidRDefault="00000000">
      <w:pPr>
        <w:rPr>
          <w:lang w:val="sv-SE"/>
        </w:rPr>
      </w:pPr>
      <w:r w:rsidRPr="005405C9">
        <w:rPr>
          <w:lang w:val="sv-SE"/>
        </w:rPr>
        <w:t>Den som rapporterat bristen ska informeras om utgången i ärendet.</w:t>
      </w:r>
    </w:p>
    <w:p w14:paraId="11902228" w14:textId="77777777" w:rsidR="000F08B1" w:rsidRPr="005405C9" w:rsidRDefault="00000000">
      <w:pPr>
        <w:rPr>
          <w:lang w:val="sv-SE"/>
        </w:rPr>
      </w:pPr>
      <w:r w:rsidRPr="005405C9">
        <w:rPr>
          <w:lang w:val="sv-SE"/>
        </w:rPr>
        <w:t>Styrelsen ansvarar för att beslutade åtgärder genomförs.</w:t>
      </w:r>
    </w:p>
    <w:p w14:paraId="617B1E5D" w14:textId="77777777" w:rsidR="000F08B1" w:rsidRPr="005405C9" w:rsidRDefault="00000000">
      <w:pPr>
        <w:pStyle w:val="Rubrik3"/>
        <w:rPr>
          <w:lang w:val="sv-SE"/>
        </w:rPr>
      </w:pPr>
      <w:r w:rsidRPr="005405C9">
        <w:rPr>
          <w:lang w:val="sv-SE"/>
        </w:rPr>
        <w:t>7. Översyn</w:t>
      </w:r>
    </w:p>
    <w:p w14:paraId="4B48BAB7" w14:textId="77777777" w:rsidR="000F08B1" w:rsidRPr="005405C9" w:rsidRDefault="00000000">
      <w:pPr>
        <w:rPr>
          <w:lang w:val="sv-SE"/>
        </w:rPr>
      </w:pPr>
      <w:r w:rsidRPr="005405C9">
        <w:rPr>
          <w:lang w:val="sv-SE"/>
        </w:rPr>
        <w:t>Rutinen ska ses över årligen i samband med verksamhetsplanering eller vid behov.</w:t>
      </w:r>
    </w:p>
    <w:sectPr w:rsidR="000F08B1" w:rsidRPr="005405C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412834">
    <w:abstractNumId w:val="8"/>
  </w:num>
  <w:num w:numId="2" w16cid:durableId="1835102835">
    <w:abstractNumId w:val="6"/>
  </w:num>
  <w:num w:numId="3" w16cid:durableId="605236239">
    <w:abstractNumId w:val="5"/>
  </w:num>
  <w:num w:numId="4" w16cid:durableId="910502119">
    <w:abstractNumId w:val="4"/>
  </w:num>
  <w:num w:numId="5" w16cid:durableId="857038187">
    <w:abstractNumId w:val="7"/>
  </w:num>
  <w:num w:numId="6" w16cid:durableId="1407066589">
    <w:abstractNumId w:val="3"/>
  </w:num>
  <w:num w:numId="7" w16cid:durableId="551430978">
    <w:abstractNumId w:val="2"/>
  </w:num>
  <w:num w:numId="8" w16cid:durableId="1824078415">
    <w:abstractNumId w:val="1"/>
  </w:num>
  <w:num w:numId="9" w16cid:durableId="246813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08B1"/>
    <w:rsid w:val="0015074B"/>
    <w:rsid w:val="0029639D"/>
    <w:rsid w:val="00326F90"/>
    <w:rsid w:val="005405C9"/>
    <w:rsid w:val="00AA1D8D"/>
    <w:rsid w:val="00B47730"/>
    <w:rsid w:val="00CB0664"/>
    <w:rsid w:val="00EC38E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192EF"/>
  <w14:defaultImageDpi w14:val="300"/>
  <w15:docId w15:val="{C99CA8E9-1031-49A4-B2F7-C4EF0227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Katarina Bååth</cp:lastModifiedBy>
  <cp:revision>2</cp:revision>
  <dcterms:created xsi:type="dcterms:W3CDTF">2026-02-27T10:34:00Z</dcterms:created>
  <dcterms:modified xsi:type="dcterms:W3CDTF">2026-02-27T10:34:00Z</dcterms:modified>
  <cp:category/>
</cp:coreProperties>
</file>